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t>Widerrufsbelehrung</w:t>
      </w:r>
    </w:p>
    <w:p>
      <w:pPr>
        <w:jc w:val="center"/>
      </w:pPr>
      <w:r>
        <w:rPr>
          <w:b/>
        </w:rPr>
        <w:t>für den Maklervertrag (Verkäufer – Verbraucher)</w:t>
        <w:br/>
        <w:t>Stand: 09.09.2026</w:t>
      </w:r>
    </w:p>
    <w:p>
      <w:pPr>
        <w:pStyle w:val="Heading1"/>
      </w:pPr>
      <w:r>
        <w:t>Widerrufsrecht</w:t>
      </w:r>
    </w:p>
    <w:p>
      <w:r>
        <w:t>Sie haben das Recht, binnen vierzehn Tagen ohne Angabe von Gründen diesen Vertrag zu widerrufen.</w:t>
      </w:r>
    </w:p>
    <w:p>
      <w:r>
        <w:t>Die Widerrufsfrist beträgt vierzehn Tage ab dem Tag des Vertragsabschlusses.</w:t>
      </w:r>
    </w:p>
    <w:p>
      <w:pPr>
        <w:spacing w:after="60"/>
      </w:pPr>
      <w:r>
        <w:t>Um Ihr Widerrufsrecht auszuüben, müssen Sie uns</w:t>
      </w:r>
    </w:p>
    <w:p>
      <w:pPr>
        <w:ind w:left="340"/>
      </w:pPr>
      <w:r>
        <w:rPr>
          <w:b/>
        </w:rPr>
        <w:t>Karlin-Expert Immobilien</w:t>
        <w:br/>
        <w:t>Dmitry Karlin – Immobilienmakler</w:t>
        <w:br/>
        <w:t>Stolze-Schrey-Str. 1, 65195 Wiesbaden</w:t>
        <w:br/>
        <w:t>Telefon: +49 156 79 79 84 97</w:t>
        <w:br/>
        <w:t>E-Mail: info@karlin-expert.de</w:t>
      </w:r>
    </w:p>
    <w:p>
      <w:r>
        <w:t>mittels einer eindeutigen Erklärung (z. B. ein mit der Post versandter Brief oder eine E-Mail) über Ihren Entschluss, diesen Vertrag zu widerrufen, informieren. Sie können dafür das beigefügte Muster-Widerrufsformular verwenden, das jedoch nicht vorgeschrieben ist.</w:t>
      </w:r>
    </w:p>
    <w:p>
      <w:r>
        <w:rPr>
          <w:b/>
        </w:rPr>
        <w:t>Bei einem über eine Online-Benutzeroberfläche geschlossenen Maklervertrag können Sie Ihr Widerrufsrecht auch online unter [URL DER WIDERRUFSFUNKTION EINFÜGEN] ausüben. Wenn Sie diese Online-Funktion nutzen, übermitteln wir Ihnen auf einem dauerhaften Datenträger (z. B. durch eine E-Mail) unverzüglich eine Eingangsbestätigung mit Informationen zum Inhalt der Widerrufserklärung sowie dem Datum und der Uhrzeit ihres Eingangs.</w:t>
      </w:r>
    </w:p>
    <w:p>
      <w:r>
        <w:t>Zur Wahrung der Widerrufsfrist reicht es aus, dass Sie die Mitteilung über die Ausübung des Widerrufsrechts vor Ablauf der Widerrufsfrist absenden.</w:t>
      </w:r>
    </w:p>
    <w:p>
      <w:pPr>
        <w:pStyle w:val="Heading1"/>
      </w:pPr>
      <w:r>
        <w:t>Folgen des Widerrufs</w:t>
      </w:r>
    </w:p>
    <w:p>
      <w:r>
        <w:t>Wenn Sie diesen Vertrag widerrufen, haben wir Ihnen alle Zahlungen, die wir von Ihnen erhalten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pStyle w:val="Heading1"/>
      </w:pPr>
      <w:r>
        <w:t>Wertersatz bei Beginn der Dienstleistung während der Widerrufsfrist</w:t>
      </w:r>
    </w:p>
    <w:p>
      <w:r>
        <w:t>Haben Sie verlangt, dass die Dienstleistungen während der Widerrufsfrist beginnen sollen, so haben Sie uns einen angemessenen Betrag zu zahlen, der dem Anteil der bis zu dem Zeitpunkt, zu dem Sie uns von der Ausübung des Widerrufsrechts hinsichtlich dieses Vertrags unterrichten, bereits erbrachten Dienstleistungen im Vergleich zum Gesamtumfang der im Vertrag vorgesehenen Dienstleistungen entspricht.</w:t>
      </w:r>
    </w:p>
    <w:p>
      <w:r>
        <w:br w:type="page"/>
      </w:r>
    </w:p>
    <w:p>
      <w:pPr>
        <w:pStyle w:val="Title"/>
        <w:jc w:val="center"/>
      </w:pPr>
      <w:r>
        <w:t>Erklärung zum vorzeitigen Tätigwerden</w:t>
      </w:r>
    </w:p>
    <w:p>
      <w:r>
        <w:t>Diese Erklärung gilt für den oben genannten Maklervertrag und ist abzugeben, wenn der Makler auf Wunsch des Verbrauchers bereits vor Ablauf der vierzehntägigen Widerrufsfrist tätig werden soll.</w:t>
      </w:r>
    </w:p>
    <w:p>
      <w:pPr>
        <w:spacing w:after="140"/>
      </w:pPr>
      <w:r>
        <w:rPr>
          <w:rFonts w:ascii="Arial" w:hAnsi="Arial"/>
          <w:sz w:val="21"/>
        </w:rPr>
        <w:t>☐  Ich verlange ausdrücklich, dass der Makler vor Ablauf der Widerrufsfrist mit der Erbringung seiner Dienstleistung beginnt.</w:t>
      </w:r>
    </w:p>
    <w:p>
      <w:pPr>
        <w:spacing w:after="140"/>
      </w:pPr>
      <w:r>
        <w:rPr>
          <w:rFonts w:ascii="Arial" w:hAnsi="Arial"/>
          <w:sz w:val="21"/>
        </w:rPr>
        <w:t>☐  Mir ist bekannt, dass mein Widerrufsrecht mit vollständiger Vertragserfüllung durch den Makler erlischt.</w:t>
      </w:r>
    </w:p>
    <w:p>
      <w:r>
        <w:br/>
        <w:t>Ort, Datum: __________________________________________</w:t>
      </w:r>
    </w:p>
    <w:p>
      <w:r>
        <w:br/>
        <w:t>Unterschrift Verkäufer: _______________________________</w:t>
      </w:r>
    </w:p>
    <w:p/>
    <w:p>
      <w:r>
        <w:rPr>
          <w:b/>
        </w:rPr>
        <w:t xml:space="preserve">Hinweis: </w:t>
      </w:r>
      <w:r>
        <w:t>Bei einem außerhalb von Geschäftsräumen geschlossenen Vertrag muss das Verlangen bzw. die Zustimmung vor Beginn der Dienstleistung auf einem dauerhaften Datenträger übermittelt werden.</w:t>
      </w:r>
    </w:p>
    <w:p>
      <w:r>
        <w:br w:type="page"/>
      </w:r>
    </w:p>
    <w:p>
      <w:pPr>
        <w:pStyle w:val="Title"/>
        <w:jc w:val="center"/>
      </w:pPr>
      <w:r>
        <w:t>Muster-Widerrufsformular</w:t>
      </w:r>
    </w:p>
    <w:p>
      <w:r>
        <w:t>(Wenn Sie den Vertrag widerrufen wollen, dann füllen Sie bitte dieses Formular aus und senden Sie es zurück.)</w:t>
      </w:r>
    </w:p>
    <w:p>
      <w:r>
        <w:t>An:</w:t>
        <w:br/>
        <w:t>Karlin-Expert Immobilien</w:t>
        <w:br/>
        <w:t>Dmitry Karlin – Immobilienmakler</w:t>
        <w:br/>
        <w:t>Stolze-Schrey-Str. 1, 65195 Wiesbaden</w:t>
        <w:br/>
        <w:t>Telefon: +49 156 79 79 84 97</w:t>
        <w:br/>
        <w:t>E-Mail: info@karlin-expert.de</w:t>
      </w:r>
    </w:p>
    <w:p>
      <w:r>
        <w:t>Hiermit widerrufe(n) ich/wir (*) den von mir/uns (*) abgeschlossenen Vertrag über die Erbringung der folgenden Dienstleistung:</w:t>
      </w:r>
    </w:p>
    <w:p>
      <w:r>
        <w:t>____________________________________________________________________________</w:t>
      </w:r>
    </w:p>
    <w:p>
      <w:r>
        <w:t>Vertrag abgeschlossen am (*): ______________________________________________</w:t>
      </w:r>
    </w:p>
    <w:p>
      <w:r>
        <w:t>Name des/der Verbraucher(s): ______________________________________________</w:t>
      </w:r>
    </w:p>
    <w:p>
      <w:r>
        <w:t>Anschrift des/der Verbraucher(s):</w:t>
        <w:br/>
        <w:br/>
        <w:t>____________________________________________________________________________</w:t>
      </w:r>
    </w:p>
    <w:p>
      <w:r>
        <w:t>Datum: __________________________</w:t>
      </w:r>
    </w:p>
    <w:p>
      <w:r>
        <w:br/>
        <w:t>Unterschrift des/der Verbraucher(s): ______________________________________</w:t>
      </w:r>
    </w:p>
    <w:p>
      <w:r>
        <w:t>(nur bei Mitteilung auf Papier)</w:t>
      </w:r>
    </w:p>
    <w:p>
      <w:r>
        <w:br/>
        <w:t>(*) Unzutreffendes streichen.</w:t>
      </w:r>
    </w:p>
    <w:sectPr w:rsidR="00FC693F" w:rsidRPr="0006063C" w:rsidSect="00034616">
      <w:footerReference w:type="default" r:id="rId9"/>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Karlin-Expert Immobilien · Stolze-Schrey-Str. 1, 65195 Wiesbaden · Tel. +49 156 79 79 84 97 · info@karlin-expert.de</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365F91" w:themeColor="accent1" w:themeShade="BF"/>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4F81BD" w:themeColor="accent1"/>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b/>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